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4A1E5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Trebuchet MS" w:hAnsi="Trebuchet MS" w:cs="Trebuchet MS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4567E"/>
                <w:sz w:val="18"/>
                <w:u w:val="none"/>
                <w:rFonts w:ascii="Trebuchet MS" w:hAnsi="Trebuchet MS" w:cs="Trebuchet MS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7C0DC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shd w:val="clear" w:color="auto" w:fill="4A1E5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4A1E52"/>
                <w:left w:val="dashed" w:sz="8" w:space="0" w:color="4A1E52"/>
                <w:bottom w:val="dashed" w:sz="8" w:space="0" w:color="4A1E52"/>
                <w:right w:val="dashed" w:sz="8" w:space="0" w:color="4A1E52"/>
                <w:insideH w:val="dashed" w:sz="8" w:space="0" w:color="4A1E52"/>
                <w:insideV w:val="dashed" w:sz="8" w:space="0" w:color="4A1E5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EEF7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B4567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873"/>
        <w:gridCol w:w="3782"/>
      </w:tblGrid>
      <w:tr>
        <w:trPr>
          <w:trHeight w:val="7600" w:hRule="atLeast"/>
        </w:trPr>
        <w:tc>
          <w:tcPr>
            <w:tcW w:type="dxa" w:w="687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4A1E52"/>
              <w:pBdr>
                <w:top w:val="single" w:sz="2" w:space="3" w:color="4A1E52"/>
                <w:left w:val="single" w:sz="2" w:space="6" w:color="4A1E52"/>
                <w:bottom w:val="single" w:sz="2" w:space="3" w:color="4A1E52"/>
                <w:right w:val="single" w:sz="2" w:space="6" w:color="4A1E52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Trebuchet MS" w:hAnsi="Trebuchet MS" w:cs="Trebuchet MS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Book Antiqua" w:hAnsi="Book Antiqua" w:cs="Book Antiqu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4A1E52"/>
              <w:pBdr>
                <w:top w:val="single" w:sz="2" w:space="3" w:color="4A1E52"/>
                <w:left w:val="single" w:sz="2" w:space="6" w:color="4A1E52"/>
                <w:bottom w:val="single" w:sz="2" w:space="3" w:color="4A1E52"/>
                <w:right w:val="single" w:sz="2" w:space="6" w:color="4A1E52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Trebuchet MS" w:hAnsi="Trebuchet MS" w:cs="Trebuchet MS"/>
                <w:spacing w:val="30"/>
              </w:rPr>
              <w:t xml:space="preserve">  WORK EXPERIENCE</w:t>
            </w:r>
          </w:p>
          <w:p>
            <w:pPr>
              <w:spacing w:before="160" w:after="0"/>
              <w:ind w:left="547"/>
              <w:pBdr>
                <w:left w:val="single" w:sz="18" w:space="8" w:color="B4567E"/>
              </w:pBdr>
            </w:pPr>
            <w:r>
              <w:rPr>
                <w:b/>
                <w:i w:val="0"/>
                <w:color w:val="655C69"/>
                <w:sz w:val="15"/>
                <w:u w:val="none"/>
                <w:rFonts w:ascii="Trebuchet MS" w:hAnsi="Trebuchet MS" w:cs="Trebuchet MS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B4567E"/>
              </w:pBdr>
            </w:pPr>
            <w:r>
              <w:rPr>
                <w:b/>
                <w:i w:val="0"/>
                <w:color w:val="241F26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60" w:after="0"/>
              <w:ind w:left="547"/>
              <w:pBdr>
                <w:left w:val="single" w:sz="18" w:space="8" w:color="B4567E"/>
              </w:pBdr>
            </w:pPr>
            <w:r>
              <w:rPr>
                <w:b/>
                <w:i w:val="0"/>
                <w:color w:val="655C69"/>
                <w:sz w:val="15"/>
                <w:u w:val="none"/>
                <w:rFonts w:ascii="Trebuchet MS" w:hAnsi="Trebuchet MS" w:cs="Trebuchet MS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B4567E"/>
              </w:pBdr>
            </w:pPr>
            <w:r>
              <w:rPr>
                <w:b/>
                <w:i w:val="0"/>
                <w:color w:val="241F26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4A1E52"/>
              <w:pBdr>
                <w:top w:val="single" w:sz="2" w:space="3" w:color="4A1E52"/>
                <w:left w:val="single" w:sz="2" w:space="6" w:color="4A1E52"/>
                <w:bottom w:val="single" w:sz="2" w:space="3" w:color="4A1E52"/>
                <w:right w:val="single" w:sz="2" w:space="6" w:color="4A1E52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Trebuchet MS" w:hAnsi="Trebuchet MS" w:cs="Trebuchet MS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Book Antiqua" w:hAnsi="Book Antiqua" w:cs="Book Antiqu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11"/>
              <w:gridCol w:w="3057"/>
            </w:tblGrid>
            <w:tr>
              <w:tc>
                <w:tcPr>
                  <w:tcW w:type="dxa" w:w="3312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41F26"/>
                      <w:sz w:val="20"/>
                      <w:u w:val="none"/>
                      <w:rFonts w:ascii="Book Antiqua" w:hAnsi="Book Antiqua" w:cs="Book Antiqua"/>
                    </w:rPr>
                    <w:t>Date: ____________________</w:t>
                  </w:r>
                </w:p>
              </w:tc>
              <w:tc>
                <w:tcPr>
                  <w:tcW w:type="dxa" w:w="3057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1E52"/>
                      <w:sz w:val="20"/>
                      <w:u w:val="none"/>
                      <w:rFonts w:ascii="Book Antiqua" w:hAnsi="Book Antiqua" w:cs="Book Antiqu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E0D5E3"/>
                    </w:pBdr>
                  </w:pPr>
                  <w:r>
                    <w:rPr>
                      <w:b w:val="0"/>
                      <w:i/>
                      <w:color w:val="655C69"/>
                      <w:sz w:val="18"/>
                      <w:u w:val="none"/>
                      <w:rFonts w:ascii="Book Antiqua" w:hAnsi="Book Antiqua" w:cs="Book Antiqua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83"/>
            <w:tcBorders>
              <w:left w:val="single" w:sz="6" w:space="0" w:color="E0D5E3"/>
            </w:tcBorders>
            <w:shd w:val="clear" w:color="auto" w:fill="F5EEF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6" w:space="3" w:color="B4567E"/>
              </w:pBdr>
            </w:pPr>
            <w:r>
              <w:rPr>
                <w:b/>
                <w:i w:val="0"/>
                <w:color w:val="241F26"/>
                <w:sz w:val="17"/>
                <w:u w:val="none"/>
                <w:rFonts w:ascii="Trebuchet MS" w:hAnsi="Trebuchet MS" w:cs="Trebuchet MS"/>
                <w:spacing w:val="44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6" w:space="3" w:color="B4567E"/>
              </w:pBdr>
            </w:pPr>
            <w:r>
              <w:rPr>
                <w:b/>
                <w:i w:val="0"/>
                <w:color w:val="241F26"/>
                <w:sz w:val="17"/>
                <w:u w:val="none"/>
                <w:rFonts w:ascii="Trebuchet MS" w:hAnsi="Trebuchet MS" w:cs="Trebuchet MS"/>
                <w:spacing w:val="44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4A1E52"/>
                <w:sz w:val="21"/>
                <w:u w:val="none"/>
                <w:rFonts w:ascii="Book Antiqua" w:hAnsi="Book Antiqua" w:cs="Book Antiqu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55C69"/>
                <w:sz w:val="17"/>
                <w:u w:val="none"/>
                <w:rFonts w:ascii="Book Antiqua" w:hAnsi="Book Antiqua" w:cs="Book Antiqu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B4567E"/>
              </w:pBdr>
            </w:pPr>
            <w:r>
              <w:rPr>
                <w:b/>
                <w:i w:val="0"/>
                <w:color w:val="241F26"/>
                <w:sz w:val="17"/>
                <w:u w:val="none"/>
                <w:rFonts w:ascii="Trebuchet MS" w:hAnsi="Trebuchet MS" w:cs="Trebuchet MS"/>
                <w:spacing w:val="44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B4567E"/>
              </w:pBdr>
            </w:pPr>
            <w:r>
              <w:rPr>
                <w:b/>
                <w:i w:val="0"/>
                <w:color w:val="241F26"/>
                <w:sz w:val="17"/>
                <w:u w:val="none"/>
                <w:rFonts w:ascii="Trebuchet MS" w:hAnsi="Trebuchet MS" w:cs="Trebuchet MS"/>
                <w:spacing w:val="44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