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40" w:type="dxa"/>
          <w:left w:w="180" w:type="dxa"/>
          <w:bottom w:w="140" w:type="dxa"/>
          <w:right w:w="16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tcBorders>
              <w:left w:val="single" w:sz="30" w:space="0" w:color="B08150"/>
            </w:tcBorders>
            <w:shd w:val="clear" w:color="auto" w:fill="F7EFE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46"/>
                <w:u w:val="none"/>
                <w:rFonts w:ascii="Cambria" w:hAnsi="Cambria" w:cs="Cambria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08150"/>
                <w:sz w:val="17"/>
                <w:u w:val="none"/>
                <w:rFonts w:ascii="Cambria" w:hAnsi="Cambria" w:cs="Cambria"/>
                <w:spacing w:val="44"/>
              </w:rPr>
              <w:t>PROFESSIONAL RESUME</w:t>
            </w:r>
          </w:p>
          <w:p>
            <w:pPr>
              <w:spacing w:before="100" w:after="0"/>
            </w:pPr>
            <w:r>
              <w:rPr>
                <w:b w:val="0"/>
                <w:i/>
                <w:color w:val="6B5A57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shd w:val="clear" w:color="auto" w:fill="F7EFEA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B08150"/>
                <w:left w:val="dotted" w:sz="8" w:space="0" w:color="B08150"/>
                <w:bottom w:val="dotted" w:sz="8" w:space="0" w:color="B08150"/>
                <w:right w:val="dotted" w:sz="8" w:space="0" w:color="B08150"/>
                <w:insideH w:val="dotted" w:sz="8" w:space="0" w:color="B08150"/>
                <w:insideV w:val="dotted" w:sz="8" w:space="0" w:color="B0815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7EFEA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00" w:after="0" w:line="20" w:lineRule="exact"/>
        <w:pBdr>
          <w:bottom w:val="single" w:sz="8" w:space="0" w:color="6E1B2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752"/>
        <w:gridCol w:w="6817"/>
      </w:tblGrid>
      <w:tr>
        <w:trPr>
          <w:trHeight w:val="7600" w:hRule="atLeast"/>
        </w:trPr>
        <w:tc>
          <w:tcPr>
            <w:tcW w:type="dxa" w:w="3752"/>
            <w:tcBorders>
              <w:right w:val="single" w:sz="6" w:space="0" w:color="E2D6D2"/>
            </w:tcBorders>
            <w:shd w:val="clear" w:color="auto" w:fill="F7EFEA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8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8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6E1B26"/>
                <w:sz w:val="21"/>
                <w:u w:val="none"/>
                <w:rFonts w:ascii="Georgia" w:hAnsi="Georgia" w:cs="Georgia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B5A57"/>
                <w:sz w:val="17"/>
                <w:u w:val="none"/>
                <w:rFonts w:ascii="Georgia" w:hAnsi="Georgia" w:cs="Georgia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8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top w:val="single" w:sz="12" w:space="4" w:color="B08150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8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681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shd w:val="clear" w:color="auto" w:fill="F7EFEA"/>
              <w:pBdr>
                <w:top w:val="single" w:sz="2" w:space="3" w:color="F7EFEA"/>
                <w:left w:val="single" w:sz="2" w:space="6" w:color="F7EFEA"/>
                <w:bottom w:val="single" w:sz="2" w:space="3" w:color="F7EFEA"/>
                <w:right w:val="single" w:sz="2" w:space="6" w:color="F7EFEA"/>
              </w:pBdr>
            </w:pPr>
            <w:r>
              <w:rPr>
                <w:b/>
                <w:i w:val="0"/>
                <w:color w:val="6E1B26"/>
                <w:sz w:val="21"/>
                <w:u w:val="none"/>
                <w:rFonts w:ascii="Cambria" w:hAnsi="Cambria" w:cs="Cambria"/>
                <w:spacing w:val="30"/>
              </w:rPr>
              <w:t xml:space="preserve">  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Georgia" w:hAnsi="Georgia" w:cs="Georg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shd w:val="clear" w:color="auto" w:fill="F7EFEA"/>
              <w:pBdr>
                <w:top w:val="single" w:sz="2" w:space="3" w:color="F7EFEA"/>
                <w:left w:val="single" w:sz="2" w:space="6" w:color="F7EFEA"/>
                <w:bottom w:val="single" w:sz="2" w:space="3" w:color="F7EFEA"/>
                <w:right w:val="single" w:sz="2" w:space="6" w:color="F7EFEA"/>
              </w:pBdr>
            </w:pPr>
            <w:r>
              <w:rPr>
                <w:b/>
                <w:i w:val="0"/>
                <w:color w:val="6E1B26"/>
                <w:sz w:val="21"/>
                <w:u w:val="none"/>
                <w:rFonts w:ascii="Cambria" w:hAnsi="Cambria" w:cs="Cambria"/>
                <w:spacing w:val="30"/>
              </w:rPr>
              <w:t xml:space="preserve">  WORK EXPERIENCE</w:t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6B5A57"/>
                <w:sz w:val="15"/>
                <w:u w:val="none"/>
                <w:rFonts w:ascii="Cambria" w:hAnsi="Cambria" w:cs="Cambri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6E1B26"/>
                <w:bottom w:val="single" w:sz="4" w:space="5" w:color="E2D6D2"/>
              </w:pBdr>
            </w:pPr>
            <w:r>
              <w:rPr>
                <w:b/>
                <w:i w:val="0"/>
                <w:color w:val="26201F"/>
                <w:sz w:val="20"/>
                <w:u w:val="none"/>
                <w:rFonts w:ascii="Georgia" w:hAnsi="Georgia" w:cs="Georgia"/>
              </w:rPr>
              <w:t/>
            </w:r>
          </w:p>
          <w:p>
            <w:pPr>
              <w:spacing w:before="160" w:after="0"/>
              <w:ind w:left="374"/>
            </w:pPr>
            <w:r>
              <w:rPr>
                <w:b/>
                <w:i w:val="0"/>
                <w:color w:val="6B5A57"/>
                <w:sz w:val="15"/>
                <w:u w:val="none"/>
                <w:rFonts w:ascii="Cambria" w:hAnsi="Cambria" w:cs="Cambria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74"/>
              <w:pBdr>
                <w:left w:val="single" w:sz="12" w:space="8" w:color="6E1B26"/>
                <w:bottom w:val="single" w:sz="4" w:space="5" w:color="E2D6D2"/>
              </w:pBdr>
            </w:pPr>
            <w:r>
              <w:rPr>
                <w:b/>
                <w:i w:val="0"/>
                <w:color w:val="26201F"/>
                <w:sz w:val="20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320" w:after="100"/>
              <w:ind w:left="374"/>
              <w:shd w:val="clear" w:color="auto" w:fill="F7EFEA"/>
              <w:pBdr>
                <w:top w:val="single" w:sz="2" w:space="3" w:color="F7EFEA"/>
                <w:left w:val="single" w:sz="2" w:space="6" w:color="F7EFEA"/>
                <w:bottom w:val="single" w:sz="2" w:space="3" w:color="F7EFEA"/>
                <w:right w:val="single" w:sz="2" w:space="6" w:color="F7EFEA"/>
              </w:pBdr>
            </w:pPr>
            <w:r>
              <w:rPr>
                <w:b/>
                <w:i w:val="0"/>
                <w:color w:val="6E1B26"/>
                <w:sz w:val="21"/>
                <w:u w:val="none"/>
                <w:rFonts w:ascii="Cambria" w:hAnsi="Cambria" w:cs="Cambria"/>
                <w:spacing w:val="30"/>
              </w:rPr>
              <w:t xml:space="preserve">  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Georgia" w:hAnsi="Georgia" w:cs="Georg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82"/>
              <w:gridCol w:w="3030"/>
            </w:tblGrid>
            <w:tr>
              <w:tc>
                <w:tcPr>
                  <w:tcW w:type="dxa" w:w="3283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26201F"/>
                      <w:sz w:val="20"/>
                      <w:u w:val="none"/>
                      <w:rFonts w:ascii="Georgia" w:hAnsi="Georgia" w:cs="Georgia"/>
                    </w:rPr>
                    <w:t>Date: ____________________</w:t>
                  </w:r>
                </w:p>
              </w:tc>
              <w:tc>
                <w:tcPr>
                  <w:tcW w:type="dxa" w:w="303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6E1B26"/>
                      <w:sz w:val="20"/>
                      <w:u w:val="none"/>
                      <w:rFonts w:ascii="Georgia" w:hAnsi="Georgia" w:cs="Georg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6E1B26"/>
                    </w:pBdr>
                  </w:pPr>
                  <w:r>
                    <w:rPr>
                      <w:b w:val="0"/>
                      <w:i/>
                      <w:color w:val="6B5A57"/>
                      <w:sz w:val="18"/>
                      <w:u w:val="none"/>
                      <w:rFonts w:ascii="Georgia" w:hAnsi="Georgia" w:cs="Georgi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