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shd w:val="clear" w:color="auto" w:fill="142B4E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6"/>
                <w:u w:val="none"/>
                <w:rFonts w:ascii="Calibri" w:hAnsi="Calibri" w:cs="Calibri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8C6DB"/>
                <w:sz w:val="17"/>
                <w:u w:val="none"/>
                <w:rFonts w:ascii="Calibri" w:hAnsi="Calibri" w:cs="Calibri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8C6DB"/>
                <w:sz w:val="20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142B4E"/>
                <w:left w:val="single" w:sz="18" w:space="0" w:color="142B4E"/>
                <w:bottom w:val="single" w:sz="18" w:space="0" w:color="142B4E"/>
                <w:right w:val="single" w:sz="18" w:space="0" w:color="142B4E"/>
                <w:insideH w:val="single" w:sz="18" w:space="0" w:color="142B4E"/>
                <w:insideV w:val="single" w:sz="18" w:space="0" w:color="142B4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833"/>
        <w:gridCol w:w="6966"/>
      </w:tblGrid>
      <w:tr>
        <w:trPr>
          <w:trHeight w:val="7600" w:hRule="atLeast"/>
        </w:trPr>
        <w:tc>
          <w:tcPr>
            <w:tcW w:type="dxa" w:w="3834"/>
            <w:tcBorders>
              <w:right w:val="single" w:sz="6" w:space="0" w:color="D2D9E4"/>
            </w:tcBorders>
            <w:shd w:val="clear" w:color="auto" w:fill="EEF2F8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bottom w:val="single" w:sz="6" w:space="3" w:color="B88A2E"/>
              </w:pBdr>
            </w:pPr>
            <w:r>
              <w:rPr>
                <w:b/>
                <w:i w:val="0"/>
                <w:color w:val="1F242B"/>
                <w:sz w:val="17"/>
                <w:u w:val="none"/>
                <w:rFonts w:ascii="Calibri" w:hAnsi="Calibri" w:cs="Calibri"/>
                <w:spacing w:val="44"/>
              </w:rPr>
              <w:t>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bottom w:val="single" w:sz="6" w:space="3" w:color="B88A2E"/>
              </w:pBdr>
            </w:pPr>
            <w:r>
              <w:rPr>
                <w:b/>
                <w:i w:val="0"/>
                <w:color w:val="1F242B"/>
                <w:sz w:val="17"/>
                <w:u w:val="none"/>
                <w:rFonts w:ascii="Calibri" w:hAnsi="Calibri" w:cs="Calibri"/>
                <w:spacing w:val="44"/>
              </w:rPr>
              <w:t>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142B4E"/>
                <w:sz w:val="21"/>
                <w:u w:val="none"/>
                <w:rFonts w:ascii="Segoe UI" w:hAnsi="Segoe UI" w:cs="Segoe UI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5A6675"/>
                <w:sz w:val="17"/>
                <w:u w:val="none"/>
                <w:rFonts w:ascii="Segoe UI" w:hAnsi="Segoe UI" w:cs="Segoe UI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bottom w:val="single" w:sz="6" w:space="3" w:color="B88A2E"/>
              </w:pBdr>
            </w:pPr>
            <w:r>
              <w:rPr>
                <w:b/>
                <w:i w:val="0"/>
                <w:color w:val="1F242B"/>
                <w:sz w:val="17"/>
                <w:u w:val="none"/>
                <w:rFonts w:ascii="Calibri" w:hAnsi="Calibri" w:cs="Calibri"/>
                <w:spacing w:val="44"/>
              </w:rPr>
              <w:t>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bottom w:val="single" w:sz="6" w:space="3" w:color="B88A2E"/>
              </w:pBdr>
            </w:pPr>
            <w:r>
              <w:rPr>
                <w:b/>
                <w:i w:val="0"/>
                <w:color w:val="1F242B"/>
                <w:sz w:val="17"/>
                <w:u w:val="none"/>
                <w:rFonts w:ascii="Calibri" w:hAnsi="Calibri" w:cs="Calibri"/>
                <w:spacing w:val="44"/>
              </w:rPr>
              <w:t>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Segoe UI" w:hAnsi="Segoe UI" w:cs="Segoe U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42B"/>
                <w:sz w:val="18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696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shd w:val="clear" w:color="auto" w:fill="142B4E"/>
              <w:pBdr>
                <w:top w:val="single" w:sz="2" w:space="3" w:color="142B4E"/>
                <w:left w:val="single" w:sz="2" w:space="6" w:color="142B4E"/>
                <w:bottom w:val="single" w:sz="2" w:space="3" w:color="142B4E"/>
                <w:right w:val="single" w:sz="2" w:space="6" w:color="142B4E"/>
              </w:pBdr>
            </w:pPr>
            <w:r>
              <w:rPr>
                <w:b/>
                <w:i w:val="0"/>
                <w:color w:val="FFFFFF"/>
                <w:sz w:val="21"/>
                <w:u w:val="none"/>
                <w:rFonts w:ascii="Calibri" w:hAnsi="Calibri" w:cs="Calibri"/>
                <w:spacing w:val="30"/>
              </w:rPr>
              <w:t xml:space="preserve">  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F242B"/>
                <w:sz w:val="20"/>
                <w:u w:val="none"/>
                <w:rFonts w:ascii="Segoe UI" w:hAnsi="Segoe UI" w:cs="Segoe UI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shd w:val="clear" w:color="auto" w:fill="142B4E"/>
              <w:pBdr>
                <w:top w:val="single" w:sz="2" w:space="3" w:color="142B4E"/>
                <w:left w:val="single" w:sz="2" w:space="6" w:color="142B4E"/>
                <w:bottom w:val="single" w:sz="2" w:space="3" w:color="142B4E"/>
                <w:right w:val="single" w:sz="2" w:space="6" w:color="142B4E"/>
              </w:pBdr>
            </w:pPr>
            <w:r>
              <w:rPr>
                <w:b/>
                <w:i w:val="0"/>
                <w:color w:val="FFFFFF"/>
                <w:sz w:val="21"/>
                <w:u w:val="none"/>
                <w:rFonts w:ascii="Calibri" w:hAnsi="Calibri" w:cs="Calibri"/>
                <w:spacing w:val="30"/>
              </w:rPr>
              <w:t xml:space="preserve">  WORK EXPERIENCE</w:t>
            </w:r>
          </w:p>
          <w:p>
            <w:pPr>
              <w:spacing w:before="140" w:after="0" w:line="276" w:lineRule="auto"/>
              <w:ind w:left="374"/>
            </w:pPr>
            <w:r>
              <w:rPr>
                <w:b/>
                <w:i w:val="0"/>
                <w:color w:val="B88A2E"/>
                <w:sz w:val="16"/>
                <w:u w:val="none"/>
                <w:rFonts w:ascii="Calibri" w:hAnsi="Calibri" w:cs="Calibri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374"/>
              <w:pBdr>
                <w:bottom w:val="single" w:sz="4" w:space="4" w:color="D2D9E4"/>
              </w:pBdr>
            </w:pPr>
            <w:r>
              <w:rPr>
                <w:b w:val="0"/>
                <w:i w:val="0"/>
                <w:color w:val="1F242B"/>
                <w:sz w:val="20"/>
                <w:u w:val="none"/>
                <w:rFonts w:ascii="Segoe UI" w:hAnsi="Segoe UI" w:cs="Segoe UI"/>
              </w:rPr>
              <w:t/>
            </w:r>
          </w:p>
          <w:p>
            <w:pPr>
              <w:spacing w:before="140" w:after="0" w:line="276" w:lineRule="auto"/>
              <w:ind w:left="374"/>
            </w:pPr>
            <w:r>
              <w:rPr>
                <w:b/>
                <w:i w:val="0"/>
                <w:color w:val="B88A2E"/>
                <w:sz w:val="16"/>
                <w:u w:val="none"/>
                <w:rFonts w:ascii="Calibri" w:hAnsi="Calibri" w:cs="Calibri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374"/>
              <w:pBdr>
                <w:bottom w:val="single" w:sz="4" w:space="4" w:color="D2D9E4"/>
              </w:pBdr>
            </w:pPr>
            <w:r>
              <w:rPr>
                <w:b w:val="0"/>
                <w:i w:val="0"/>
                <w:color w:val="1F242B"/>
                <w:sz w:val="20"/>
                <w:u w:val="none"/>
                <w:rFonts w:ascii="Segoe UI" w:hAnsi="Segoe UI" w:cs="Segoe UI"/>
              </w:rPr>
              <w:t/>
            </w:r>
          </w:p>
          <w:p>
            <w:pPr>
              <w:keepNext/>
              <w:spacing w:before="320" w:after="100"/>
              <w:ind w:left="374"/>
              <w:shd w:val="clear" w:color="auto" w:fill="142B4E"/>
              <w:pBdr>
                <w:top w:val="single" w:sz="2" w:space="3" w:color="142B4E"/>
                <w:left w:val="single" w:sz="2" w:space="6" w:color="142B4E"/>
                <w:bottom w:val="single" w:sz="2" w:space="3" w:color="142B4E"/>
                <w:right w:val="single" w:sz="2" w:space="6" w:color="142B4E"/>
              </w:pBdr>
            </w:pPr>
            <w:r>
              <w:rPr>
                <w:b/>
                <w:i w:val="0"/>
                <w:color w:val="FFFFFF"/>
                <w:sz w:val="21"/>
                <w:u w:val="none"/>
                <w:rFonts w:ascii="Calibri" w:hAnsi="Calibri" w:cs="Calibri"/>
                <w:spacing w:val="30"/>
              </w:rPr>
              <w:t xml:space="preserve">  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F242B"/>
                <w:sz w:val="20"/>
                <w:u w:val="none"/>
                <w:rFonts w:ascii="Segoe UI" w:hAnsi="Segoe UI" w:cs="Segoe UI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360"/>
              <w:gridCol w:w="3101"/>
            </w:tblGrid>
            <w:tr>
              <w:tc>
                <w:tcPr>
                  <w:tcW w:type="dxa" w:w="3360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1F242B"/>
                      <w:sz w:val="20"/>
                      <w:u w:val="none"/>
                      <w:rFonts w:ascii="Segoe UI" w:hAnsi="Segoe UI" w:cs="Segoe UI"/>
                    </w:rPr>
                    <w:t>Date: ____________________</w:t>
                  </w:r>
                </w:p>
              </w:tc>
              <w:tc>
                <w:tcPr>
                  <w:tcW w:type="dxa" w:w="3102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142B4E"/>
                      <w:sz w:val="20"/>
                      <w:u w:val="none"/>
                      <w:rFonts w:ascii="Segoe UI" w:hAnsi="Segoe UI" w:cs="Segoe UI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10" w:space="2" w:color="142B4E"/>
                    </w:pBdr>
                  </w:pPr>
                  <w:r>
                    <w:rPr>
                      <w:b w:val="0"/>
                      <w:i/>
                      <w:color w:val="5A6675"/>
                      <w:sz w:val="18"/>
                      <w:u w:val="none"/>
                      <w:rFonts w:ascii="Segoe UI" w:hAnsi="Segoe UI" w:cs="Segoe UI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Segoe UI" w:hAnsi="Segoe UI" w:eastAsia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