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2A2A7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Tahoma" w:hAnsi="Tahoma" w:cs="Tahom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00A6A6"/>
                <w:sz w:val="18"/>
                <w:u w:val="none"/>
                <w:rFonts w:ascii="Tahoma" w:hAnsi="Tahoma" w:cs="Tahom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EBEE2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shd w:val="clear" w:color="auto" w:fill="2A2A72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00A6A6"/>
                <w:left w:val="dotted" w:sz="8" w:space="0" w:color="00A6A6"/>
                <w:bottom w:val="dotted" w:sz="8" w:space="0" w:color="00A6A6"/>
                <w:right w:val="dotted" w:sz="8" w:space="0" w:color="00A6A6"/>
                <w:insideH w:val="dotted" w:sz="8" w:space="0" w:color="00A6A6"/>
                <w:insideV w:val="dotted" w:sz="8" w:space="0" w:color="00A6A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EEEF8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00A6A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833"/>
        <w:gridCol w:w="6966"/>
      </w:tblGrid>
      <w:tr>
        <w:trPr>
          <w:trHeight w:val="7600" w:hRule="atLeast"/>
        </w:trPr>
        <w:tc>
          <w:tcPr>
            <w:tcW w:type="dxa" w:w="3834"/>
            <w:tcBorders>
              <w:right w:val="single" w:sz="6" w:space="0" w:color="D6D6E6"/>
            </w:tcBorders>
            <w:shd w:val="clear" w:color="auto" w:fill="EEEEF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2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2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2A2A72"/>
                <w:sz w:val="21"/>
                <w:u w:val="none"/>
                <w:rFonts w:ascii="Century Gothic" w:hAnsi="Century Gothic" w:cs="Century Gothic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B5B75"/>
                <w:sz w:val="17"/>
                <w:u w:val="none"/>
                <w:rFonts w:ascii="Century Gothic" w:hAnsi="Century Gothic" w:cs="Century Gothic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2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2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696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1"/>
                <w:u w:val="none"/>
                <w:rFonts w:ascii="Tahoma" w:hAnsi="Tahoma" w:cs="Tahoma"/>
                <w:spacing w:val="30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entury Gothic" w:hAnsi="Century Gothic" w:cs="Century Gothic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1"/>
                <w:u w:val="none"/>
                <w:rFonts w:ascii="Tahoma" w:hAnsi="Tahoma" w:cs="Tahoma"/>
                <w:spacing w:val="30"/>
              </w:rPr>
              <w:t>WORK EXPERIENCE</w:t>
            </w:r>
          </w:p>
          <w:p>
            <w:pPr>
              <w:spacing w:before="160" w:after="0"/>
              <w:ind w:left="547"/>
              <w:pBdr>
                <w:left w:val="single" w:sz="18" w:space="8" w:color="00A6A6"/>
              </w:pBdr>
            </w:pPr>
            <w:r>
              <w:rPr>
                <w:b/>
                <w:i w:val="0"/>
                <w:color w:val="5B5B75"/>
                <w:sz w:val="15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00A6A6"/>
              </w:pBdr>
            </w:pPr>
            <w:r>
              <w:rPr>
                <w:b/>
                <w:i w:val="0"/>
                <w:color w:val="1D1D2B"/>
                <w:sz w:val="20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60" w:after="0"/>
              <w:ind w:left="547"/>
              <w:pBdr>
                <w:left w:val="single" w:sz="18" w:space="8" w:color="00A6A6"/>
              </w:pBdr>
            </w:pPr>
            <w:r>
              <w:rPr>
                <w:b/>
                <w:i w:val="0"/>
                <w:color w:val="5B5B75"/>
                <w:sz w:val="15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00A6A6"/>
              </w:pBdr>
            </w:pPr>
            <w:r>
              <w:rPr>
                <w:b/>
                <w:i w:val="0"/>
                <w:color w:val="1D1D2B"/>
                <w:sz w:val="20"/>
                <w:u w:val="none"/>
                <w:rFonts w:ascii="Century Gothic" w:hAnsi="Century Gothic" w:cs="Century Gothic"/>
              </w:rPr>
              <w:t/>
            </w:r>
          </w:p>
          <w:p>
            <w:pPr>
              <w:keepNext/>
              <w:spacing w:before="320" w:after="100"/>
              <w:ind w:left="374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1"/>
                <w:u w:val="none"/>
                <w:rFonts w:ascii="Tahoma" w:hAnsi="Tahoma" w:cs="Tahoma"/>
                <w:spacing w:val="30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entury Gothic" w:hAnsi="Century Gothic" w:cs="Century Gothic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60"/>
              <w:gridCol w:w="3101"/>
            </w:tblGrid>
            <w:tr>
              <w:tc>
                <w:tcPr>
                  <w:tcW w:type="dxa" w:w="3360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D1D2B"/>
                      <w:sz w:val="20"/>
                      <w:u w:val="none"/>
                      <w:rFonts w:ascii="Century Gothic" w:hAnsi="Century Gothic" w:cs="Century Gothic"/>
                    </w:rPr>
                    <w:t>Date: ____________________</w:t>
                  </w:r>
                </w:p>
              </w:tc>
              <w:tc>
                <w:tcPr>
                  <w:tcW w:type="dxa" w:w="3102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2A2A72"/>
                      <w:sz w:val="20"/>
                      <w:u w:val="none"/>
                      <w:rFonts w:ascii="Century Gothic" w:hAnsi="Century Gothic" w:cs="Century Gothic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2A2A72"/>
                    </w:pBdr>
                  </w:pPr>
                  <w:r>
                    <w:rPr>
                      <w:b w:val="0"/>
                      <w:i/>
                      <w:color w:val="5B5B75"/>
                      <w:sz w:val="18"/>
                      <w:u w:val="none"/>
                      <w:rFonts w:ascii="Century Gothic" w:hAnsi="Century Gothic" w:cs="Century Gothic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