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4A1E52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41F26"/>
                <w:sz w:val="48"/>
                <w:u w:val="none"/>
                <w:rFonts w:ascii="Trebuchet MS" w:hAnsi="Trebuchet MS" w:cs="Trebuchet MS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B4567E"/>
                <w:sz w:val="17"/>
                <w:u w:val="none"/>
                <w:rFonts w:ascii="Trebuchet MS" w:hAnsi="Trebuchet MS" w:cs="Trebuchet MS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69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4A1E52"/>
                <w:left w:val="single" w:sz="18" w:space="0" w:color="4A1E52"/>
                <w:bottom w:val="single" w:sz="18" w:space="0" w:color="4A1E52"/>
                <w:right w:val="single" w:sz="18" w:space="0" w:color="4A1E52"/>
                <w:insideH w:val="single" w:sz="18" w:space="0" w:color="4A1E52"/>
                <w:insideV w:val="single" w:sz="18" w:space="0" w:color="4A1E52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E0D5E3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752"/>
        <w:gridCol w:w="6817"/>
      </w:tblGrid>
      <w:tr>
        <w:trPr>
          <w:trHeight w:val="7600" w:hRule="atLeast"/>
        </w:trPr>
        <w:tc>
          <w:tcPr>
            <w:tcW w:type="dxa" w:w="3752"/>
            <w:tcBorders>
              <w:right w:val="single" w:sz="6" w:space="0" w:color="E0D5E3"/>
            </w:tcBorders>
            <w:shd w:val="clear" w:color="auto" w:fill="F5EEF7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  <w:spacing w:val="30"/>
              </w:rPr>
              <w:t xml:space="preserve">  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keepNext/>
              <w:spacing w:before="240" w:after="80"/>
              <w:ind w:left="245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  <w:spacing w:val="30"/>
              </w:rPr>
              <w:t xml:space="preserve">  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4A1E52"/>
                <w:sz w:val="21"/>
                <w:u w:val="none"/>
                <w:rFonts w:ascii="Constantia" w:hAnsi="Constantia" w:cs="Constanti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655C69"/>
                <w:sz w:val="17"/>
                <w:u w:val="none"/>
                <w:rFonts w:ascii="Constantia" w:hAnsi="Constantia" w:cs="Constanti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  <w:spacing w:val="30"/>
              </w:rPr>
              <w:t xml:space="preserve">  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keepNext/>
              <w:spacing w:before="280" w:after="100"/>
              <w:ind w:left="245"/>
              <w:shd w:val="clear" w:color="auto" w:fill="F5EEF7"/>
              <w:pBdr>
                <w:top w:val="single" w:sz="2" w:space="3" w:color="F5EEF7"/>
                <w:left w:val="single" w:sz="2" w:space="6" w:color="F5EEF7"/>
                <w:bottom w:val="single" w:sz="2" w:space="3" w:color="F5EEF7"/>
                <w:right w:val="single" w:sz="2" w:space="6" w:color="F5EEF7"/>
              </w:pBdr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  <w:spacing w:val="30"/>
              </w:rPr>
              <w:t xml:space="preserve">  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6817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bottom w:val="single" w:sz="10" w:space="3" w:color="4A1E52"/>
              </w:pBdr>
            </w:pPr>
            <w:r>
              <w:rPr>
                <w:b/>
                <w:i w:val="0"/>
                <w:color w:val="4A1E52"/>
                <w:sz w:val="21"/>
                <w:u w:val="none"/>
                <w:rFonts w:ascii="Trebuchet MS" w:hAnsi="Trebuchet MS" w:cs="Trebuchet MS"/>
                <w:spacing w:val="36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onstantia" w:hAnsi="Constantia" w:cs="Constant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bottom w:val="single" w:sz="10" w:space="3" w:color="4A1E52"/>
              </w:pBdr>
            </w:pPr>
            <w:r>
              <w:rPr>
                <w:b/>
                <w:i w:val="0"/>
                <w:color w:val="4A1E52"/>
                <w:sz w:val="21"/>
                <w:u w:val="none"/>
                <w:rFonts w:ascii="Trebuchet MS" w:hAnsi="Trebuchet MS" w:cs="Trebuchet MS"/>
                <w:spacing w:val="36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E0D5E3"/>
                <w:left w:val="single" w:sz="4" w:space="0" w:color="E0D5E3"/>
                <w:bottom w:val="single" w:sz="4" w:space="0" w:color="E0D5E3"/>
                <w:right w:val="single" w:sz="4" w:space="0" w:color="E0D5E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241"/>
            </w:tblGrid>
            <w:tr>
              <w:tc>
                <w:tcPr>
                  <w:tcW w:type="dxa" w:w="6241"/>
                  <w:shd w:val="clear" w:color="auto" w:fill="F5EEF7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655C69"/>
                      <w:sz w:val="15"/>
                      <w:u w:val="none"/>
                      <w:rFonts w:ascii="Trebuchet MS" w:hAnsi="Trebuchet MS" w:cs="Trebuchet MS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20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tbl>
            <w:tblPr>
              <w:tblW w:type="auto" w:w="0"/>
              <w:tblBorders>
                <w:top w:val="single" w:sz="4" w:space="0" w:color="E0D5E3"/>
                <w:left w:val="single" w:sz="4" w:space="0" w:color="E0D5E3"/>
                <w:bottom w:val="single" w:sz="4" w:space="0" w:color="E0D5E3"/>
                <w:right w:val="single" w:sz="4" w:space="0" w:color="E0D5E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80" w:type="dxa"/>
                <w:left w:w="140" w:type="dxa"/>
                <w:bottom w:w="8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241"/>
            </w:tblGrid>
            <w:tr>
              <w:tc>
                <w:tcPr>
                  <w:tcW w:type="dxa" w:w="6241"/>
                  <w:shd w:val="clear" w:color="auto" w:fill="F5EEF7"/>
                </w:tcPr>
                <w:p>
                  <w:pPr>
                    <w:spacing w:before="0" w:after="20"/>
                  </w:pPr>
                  <w:r>
                    <w:rPr>
                      <w:b/>
                      <w:i w:val="0"/>
                      <w:color w:val="655C69"/>
                      <w:sz w:val="15"/>
                      <w:u w:val="none"/>
                      <w:rFonts w:ascii="Trebuchet MS" w:hAnsi="Trebuchet MS" w:cs="Trebuchet MS"/>
                      <w:spacing w:val="22"/>
                    </w:rPr>
                    <w:t>Experience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20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  <w:p>
            <w:pPr>
              <w:spacing w:before="0" w:after="0" w:line="80" w:lineRule="exact"/>
            </w:pPr>
          </w:p>
          <w:p>
            <w:pPr>
              <w:keepNext/>
              <w:spacing w:before="320" w:after="100"/>
              <w:ind w:left="374"/>
              <w:pBdr>
                <w:bottom w:val="single" w:sz="10" w:space="3" w:color="4A1E52"/>
              </w:pBdr>
            </w:pPr>
            <w:r>
              <w:rPr>
                <w:b/>
                <w:i w:val="0"/>
                <w:color w:val="4A1E52"/>
                <w:sz w:val="21"/>
                <w:u w:val="none"/>
                <w:rFonts w:ascii="Trebuchet MS" w:hAnsi="Trebuchet MS" w:cs="Trebuchet MS"/>
                <w:spacing w:val="36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onstantia" w:hAnsi="Constantia" w:cs="Constant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82"/>
              <w:gridCol w:w="3030"/>
            </w:tblGrid>
            <w:tr>
              <w:tc>
                <w:tcPr>
                  <w:tcW w:type="dxa" w:w="3283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241F26"/>
                      <w:sz w:val="20"/>
                      <w:u w:val="none"/>
                      <w:rFonts w:ascii="Constantia" w:hAnsi="Constantia" w:cs="Constantia"/>
                    </w:rPr>
                    <w:t>Date: ____________________</w:t>
                  </w:r>
                </w:p>
              </w:tc>
              <w:tc>
                <w:tcPr>
                  <w:tcW w:type="dxa" w:w="303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4A1E52"/>
                      <w:sz w:val="20"/>
                      <w:u w:val="none"/>
                      <w:rFonts w:ascii="Constantia" w:hAnsi="Constantia" w:cs="Constant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4A1E52"/>
                    </w:pBdr>
                  </w:pPr>
                  <w:r>
                    <w:rPr>
                      <w:b w:val="0"/>
                      <w:i/>
                      <w:color w:val="655C69"/>
                      <w:sz w:val="18"/>
                      <w:u w:val="none"/>
                      <w:rFonts w:ascii="Constantia" w:hAnsi="Constantia" w:cs="Constanti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