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1A1A1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C8C8C8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8C8C8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6E6E6E"/>
                <w:left w:val="dotted" w:sz="8" w:space="0" w:color="6E6E6E"/>
                <w:bottom w:val="dotted" w:sz="8" w:space="0" w:color="6E6E6E"/>
                <w:right w:val="dotted" w:sz="8" w:space="0" w:color="6E6E6E"/>
                <w:insideH w:val="dotted" w:sz="8" w:space="0" w:color="6E6E6E"/>
                <w:insideV w:val="dotted" w:sz="8" w:space="0" w:color="6E6E6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2F2F2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11"/>
        <w:gridCol w:w="6743"/>
      </w:tblGrid>
      <w:tr>
        <w:trPr>
          <w:trHeight w:val="7600" w:hRule="atLeast"/>
        </w:trPr>
        <w:tc>
          <w:tcPr>
            <w:tcW w:type="dxa" w:w="3711"/>
            <w:tcBorders>
              <w:right w:val="single" w:sz="6" w:space="0" w:color="D6D6D6"/>
            </w:tcBorders>
            <w:shd w:val="clear" w:color="auto" w:fill="F2F2F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A1A1A"/>
                <w:sz w:val="21"/>
                <w:u w:val="none"/>
                <w:rFonts w:ascii="Corbel" w:hAnsi="Corbel" w:cs="Corbel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A6A6A"/>
                <w:sz w:val="17"/>
                <w:u w:val="none"/>
                <w:rFonts w:ascii="Corbel" w:hAnsi="Corbel" w:cs="Corbel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left w:val="single" w:sz="24" w:space="7" w:color="6E6E6E"/>
                <w:bottom w:val="single" w:sz="4" w:space="3" w:color="D6D6D6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top w:val="single" w:sz="12" w:space="4" w:color="6E6E6E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8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orbel" w:hAnsi="Corbel" w:cs="Corbe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top w:val="single" w:sz="12" w:space="4" w:color="6E6E6E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8"/>
              </w:rPr>
              <w:t>WORK EXPERIENCE</w:t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6E6E6E"/>
                <w:sz w:val="16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6D6D6"/>
              </w:pBdr>
            </w:pPr>
            <w:r>
              <w:rPr>
                <w:b w:val="0"/>
                <w:i w:val="0"/>
                <w:color w:val="121212"/>
                <w:sz w:val="20"/>
                <w:u w:val="none"/>
                <w:rFonts w:ascii="Corbel" w:hAnsi="Corbel" w:cs="Corbel"/>
              </w:rPr>
              <w:t/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6E6E6E"/>
                <w:sz w:val="16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6D6D6"/>
              </w:pBdr>
            </w:pPr>
            <w:r>
              <w:rPr>
                <w:b w:val="0"/>
                <w:i w:val="0"/>
                <w:color w:val="121212"/>
                <w:sz w:val="20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top w:val="single" w:sz="12" w:space="4" w:color="6E6E6E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8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orbel" w:hAnsi="Corbel" w:cs="Corbe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21212"/>
                      <w:sz w:val="20"/>
                      <w:u w:val="none"/>
                      <w:rFonts w:ascii="Corbel" w:hAnsi="Corbel" w:cs="Corbel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A1A1A"/>
                      <w:sz w:val="20"/>
                      <w:u w:val="none"/>
                      <w:rFonts w:ascii="Corbel" w:hAnsi="Corbel" w:cs="Corbe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6D6D6"/>
                    </w:pBdr>
                  </w:pPr>
                  <w:r>
                    <w:rPr>
                      <w:b w:val="0"/>
                      <w:i/>
                      <w:color w:val="6A6A6A"/>
                      <w:sz w:val="18"/>
                      <w:u w:val="none"/>
                      <w:rFonts w:ascii="Corbel" w:hAnsi="Corbel" w:cs="Corbel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