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1E443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Georgia" w:hAnsi="Georgia" w:cs="Georgi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86953F"/>
                <w:sz w:val="18"/>
                <w:u w:val="none"/>
                <w:rFonts w:ascii="Georgia" w:hAnsi="Georgia" w:cs="Georgi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DD3C4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shd w:val="clear" w:color="auto" w:fill="1E4433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1E4433"/>
                <w:left w:val="single" w:sz="18" w:space="0" w:color="1E4433"/>
                <w:bottom w:val="single" w:sz="18" w:space="0" w:color="1E4433"/>
                <w:right w:val="single" w:sz="18" w:space="0" w:color="1E4433"/>
                <w:insideH w:val="single" w:sz="18" w:space="0" w:color="1E4433"/>
                <w:insideV w:val="single" w:sz="18" w:space="0" w:color="1E4433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86953F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82"/>
        <w:gridCol w:w="6873"/>
      </w:tblGrid>
      <w:tr>
        <w:trPr>
          <w:trHeight w:val="7600" w:hRule="atLeast"/>
        </w:trPr>
        <w:tc>
          <w:tcPr>
            <w:tcW w:type="dxa" w:w="3783"/>
            <w:tcBorders>
              <w:right w:val="single" w:sz="6" w:space="0" w:color="D4DED7"/>
            </w:tcBorders>
            <w:shd w:val="clear" w:color="auto" w:fill="EDF3EE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36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36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E4433"/>
                <w:sz w:val="21"/>
                <w:u w:val="none"/>
                <w:rFonts w:ascii="Arial" w:hAnsi="Arial" w:cs="Arial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B6A60"/>
                <w:sz w:val="17"/>
                <w:u w:val="none"/>
                <w:rFonts w:ascii="Arial" w:hAnsi="Arial" w:cs="Arial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36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  <w:spacing w:val="36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6A60"/>
                <w:sz w:val="14"/>
                <w:u w:val="none"/>
                <w:rFonts w:ascii="Georgia" w:hAnsi="Georgia" w:cs="Georgi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620"/>
                <w:sz w:val="18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687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bottom w:val="single" w:sz="6" w:space="3" w:color="86953F"/>
              </w:pBdr>
            </w:pPr>
            <w:r>
              <w:rPr>
                <w:b/>
                <w:i w:val="0"/>
                <w:color w:val="1F2620"/>
                <w:sz w:val="21"/>
                <w:u w:val="none"/>
                <w:rFonts w:ascii="Georgia" w:hAnsi="Georgia" w:cs="Georgia"/>
                <w:spacing w:val="44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Arial" w:hAnsi="Arial" w:cs="Arial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bottom w:val="single" w:sz="6" w:space="3" w:color="86953F"/>
              </w:pBdr>
            </w:pPr>
            <w:r>
              <w:rPr>
                <w:b/>
                <w:i w:val="0"/>
                <w:color w:val="1F2620"/>
                <w:sz w:val="21"/>
                <w:u w:val="none"/>
                <w:rFonts w:ascii="Georgia" w:hAnsi="Georgia" w:cs="Georgia"/>
                <w:spacing w:val="44"/>
              </w:rPr>
              <w:t>WORK EXPERIENCE</w:t>
            </w:r>
          </w:p>
          <w:p>
            <w:pPr>
              <w:spacing w:before="160" w:after="0"/>
              <w:ind w:left="547"/>
              <w:pBdr>
                <w:left w:val="single" w:sz="18" w:space="8" w:color="86953F"/>
              </w:pBdr>
            </w:pPr>
            <w:r>
              <w:rPr>
                <w:b/>
                <w:i w:val="0"/>
                <w:color w:val="5B6A60"/>
                <w:sz w:val="15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86953F"/>
              </w:pBdr>
            </w:pPr>
            <w:r>
              <w:rPr>
                <w:b/>
                <w:i w:val="0"/>
                <w:color w:val="1F2620"/>
                <w:sz w:val="20"/>
                <w:u w:val="none"/>
                <w:rFonts w:ascii="Arial" w:hAnsi="Arial" w:cs="Arial"/>
              </w:rPr>
              <w:t/>
            </w:r>
          </w:p>
          <w:p>
            <w:pPr>
              <w:spacing w:before="160" w:after="0"/>
              <w:ind w:left="547"/>
              <w:pBdr>
                <w:left w:val="single" w:sz="18" w:space="8" w:color="86953F"/>
              </w:pBdr>
            </w:pPr>
            <w:r>
              <w:rPr>
                <w:b/>
                <w:i w:val="0"/>
                <w:color w:val="5B6A60"/>
                <w:sz w:val="15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547"/>
              <w:pBdr>
                <w:left w:val="single" w:sz="18" w:space="8" w:color="86953F"/>
              </w:pBdr>
            </w:pPr>
            <w:r>
              <w:rPr>
                <w:b/>
                <w:i w:val="0"/>
                <w:color w:val="1F2620"/>
                <w:sz w:val="20"/>
                <w:u w:val="none"/>
                <w:rFonts w:ascii="Arial" w:hAnsi="Arial" w:cs="Arial"/>
              </w:rPr>
              <w:t/>
            </w:r>
          </w:p>
          <w:p>
            <w:pPr>
              <w:keepNext/>
              <w:spacing w:before="320" w:after="100"/>
              <w:ind w:left="374"/>
              <w:pBdr>
                <w:bottom w:val="single" w:sz="6" w:space="3" w:color="86953F"/>
              </w:pBdr>
            </w:pPr>
            <w:r>
              <w:rPr>
                <w:b/>
                <w:i w:val="0"/>
                <w:color w:val="1F2620"/>
                <w:sz w:val="21"/>
                <w:u w:val="none"/>
                <w:rFonts w:ascii="Georgia" w:hAnsi="Georgia" w:cs="Georgia"/>
                <w:spacing w:val="44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Arial" w:hAnsi="Arial" w:cs="Arial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11"/>
              <w:gridCol w:w="3057"/>
            </w:tblGrid>
            <w:tr>
              <w:tc>
                <w:tcPr>
                  <w:tcW w:type="dxa" w:w="3312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F2620"/>
                      <w:sz w:val="20"/>
                      <w:u w:val="none"/>
                      <w:rFonts w:ascii="Arial" w:hAnsi="Arial" w:cs="Arial"/>
                    </w:rPr>
                    <w:t>Date: ____________________</w:t>
                  </w:r>
                </w:p>
              </w:tc>
              <w:tc>
                <w:tcPr>
                  <w:tcW w:type="dxa" w:w="3057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E4433"/>
                      <w:sz w:val="20"/>
                      <w:u w:val="none"/>
                      <w:rFonts w:ascii="Arial" w:hAnsi="Arial" w:cs="Arial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4DED7"/>
                    </w:pBdr>
                  </w:pPr>
                  <w:r>
                    <w:rPr>
                      <w:b w:val="0"/>
                      <w:i/>
                      <w:color w:val="5B6A60"/>
                      <w:sz w:val="18"/>
                      <w:u w:val="none"/>
                      <w:rFonts w:ascii="Arial" w:hAnsi="Arial" w:cs="Arial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