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E4433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F2620"/>
                <w:sz w:val="48"/>
                <w:u w:val="none"/>
                <w:rFonts w:ascii="Georgia" w:hAnsi="Georgia" w:cs="Georgi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86953F"/>
                <w:sz w:val="17"/>
                <w:u w:val="none"/>
                <w:rFonts w:ascii="Georgia" w:hAnsi="Georgia" w:cs="Georgi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B6A60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86953F"/>
                <w:left w:val="single" w:sz="8" w:space="0" w:color="86953F"/>
                <w:bottom w:val="single" w:sz="8" w:space="0" w:color="86953F"/>
                <w:right w:val="single" w:sz="8" w:space="0" w:color="86953F"/>
                <w:insideH w:val="single" w:sz="8" w:space="0" w:color="86953F"/>
                <w:insideV w:val="single" w:sz="8" w:space="0" w:color="86953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4DED7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F2F4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4228"/>
            <w:shd w:val="clear" w:color="auto" w:fill="EDF3EE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620"/>
                <w:sz w:val="20"/>
                <w:u w:val="none"/>
                <w:rFonts w:ascii="Georgia" w:hAnsi="Georgia" w:cs="Georg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6A60"/>
                <w:sz w:val="18"/>
                <w:u w:val="none"/>
                <w:rFonts w:ascii="Georgia" w:hAnsi="Georgia" w:cs="Georgia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shd w:val="clear" w:color="auto" w:fill="EDF3EE"/>
        <w:pBdr>
          <w:top w:val="single" w:sz="2" w:space="3" w:color="EDF3EE"/>
          <w:left w:val="single" w:sz="2" w:space="6" w:color="EDF3EE"/>
          <w:bottom w:val="single" w:sz="2" w:space="3" w:color="EDF3EE"/>
          <w:right w:val="single" w:sz="2" w:space="6" w:color="EDF3EE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0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620"/>
          <w:sz w:val="20"/>
          <w:u w:val="none"/>
          <w:rFonts w:ascii="Georgia" w:hAnsi="Georgia" w:cs="Georg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shd w:val="clear" w:color="auto" w:fill="EDF3EE"/>
        <w:pBdr>
          <w:top w:val="single" w:sz="2" w:space="3" w:color="EDF3EE"/>
          <w:left w:val="single" w:sz="2" w:space="6" w:color="EDF3EE"/>
          <w:bottom w:val="single" w:sz="2" w:space="3" w:color="EDF3EE"/>
          <w:right w:val="single" w:sz="2" w:space="6" w:color="EDF3EE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D4DED7"/>
          <w:left w:val="none" w:sz="0" w:space="0" w:color="auto"/>
          <w:bottom w:val="single" w:sz="4" w:space="0" w:color="D4DED7"/>
          <w:right w:val="none" w:sz="0" w:space="0" w:color="auto"/>
          <w:insideH w:val="single" w:sz="4" w:space="0" w:color="D4DED7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689"/>
      </w:tblGrid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Full Name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Date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Gender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Mobile No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Nationality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Place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20" w:after="100"/>
        <w:ind w:left="0"/>
        <w:shd w:val="clear" w:color="auto" w:fill="EDF3EE"/>
        <w:pBdr>
          <w:top w:val="single" w:sz="2" w:space="3" w:color="EDF3EE"/>
          <w:left w:val="single" w:sz="2" w:space="6" w:color="EDF3EE"/>
          <w:bottom w:val="single" w:sz="2" w:space="3" w:color="EDF3EE"/>
          <w:right w:val="single" w:sz="2" w:space="6" w:color="EDF3EE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0"/>
        </w:rPr>
        <w:t xml:space="preserve">  PASSPORT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4DED7"/>
          <w:insideV w:val="single" w:sz="4" w:space="0" w:color="D4DED7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30"/>
        <w:gridCol w:w="2541"/>
        <w:gridCol w:w="2541"/>
        <w:gridCol w:w="2556"/>
      </w:tblGrid>
      <w:tr>
        <w:trPr>
          <w:trHeight w:val="340" w:hRule="atLeast"/>
        </w:trPr>
        <w:tc>
          <w:tcPr>
            <w:tcW w:type="dxa" w:w="2930"/>
            <w:shd w:val="clear" w:color="auto" w:fill="EDF3E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8"/>
              </w:rPr>
              <w:t>Passport Number</w:t>
            </w:r>
          </w:p>
        </w:tc>
        <w:tc>
          <w:tcPr>
            <w:tcW w:type="dxa" w:w="2542"/>
            <w:shd w:val="clear" w:color="auto" w:fill="EDF3E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8"/>
              </w:rPr>
              <w:t>Issue Date</w:t>
            </w:r>
          </w:p>
        </w:tc>
        <w:tc>
          <w:tcPr>
            <w:tcW w:type="dxa" w:w="2542"/>
            <w:shd w:val="clear" w:color="auto" w:fill="EDF3E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8"/>
              </w:rPr>
              <w:t>Expiry Date</w:t>
            </w:r>
          </w:p>
        </w:tc>
        <w:tc>
          <w:tcPr>
            <w:tcW w:type="dxa" w:w="2556"/>
            <w:shd w:val="clear" w:color="auto" w:fill="EDF3E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3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556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20" w:after="100"/>
        <w:ind w:left="0"/>
        <w:shd w:val="clear" w:color="auto" w:fill="EDF3EE"/>
        <w:pBdr>
          <w:top w:val="single" w:sz="2" w:space="3" w:color="EDF3EE"/>
          <w:left w:val="single" w:sz="2" w:space="6" w:color="EDF3EE"/>
          <w:bottom w:val="single" w:sz="2" w:space="3" w:color="EDF3EE"/>
          <w:right w:val="single" w:sz="2" w:space="6" w:color="EDF3EE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EDF3EE"/>
          </w:tcPr>
          <w:p>
            <w:pPr>
              <w:spacing w:before="0" w:after="20"/>
            </w:pPr>
            <w:r>
              <w:rPr>
                <w:b/>
                <w:i w:val="0"/>
                <w:color w:val="5B6A60"/>
                <w:sz w:val="15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</w:rPr>
              <w:t/>
            </w:r>
          </w:p>
        </w:tc>
      </w:tr>
    </w:tbl>
    <w:p>
      <w:pPr>
        <w:spacing w:before="0" w:after="0" w:line="80" w:lineRule="exact"/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EDF3EE"/>
          </w:tcPr>
          <w:p>
            <w:pPr>
              <w:spacing w:before="0" w:after="20"/>
            </w:pPr>
            <w:r>
              <w:rPr>
                <w:b/>
                <w:i w:val="0"/>
                <w:color w:val="5B6A60"/>
                <w:sz w:val="15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</w:rPr>
              <w:t/>
            </w:r>
          </w:p>
        </w:tc>
      </w:tr>
    </w:tbl>
    <w:p>
      <w:pPr>
        <w:spacing w:before="0" w:after="0" w:line="80" w:lineRule="exact"/>
      </w:pPr>
    </w:p>
    <w:p>
      <w:pPr>
        <w:keepNext/>
        <w:spacing w:before="220" w:after="100"/>
        <w:ind w:left="0"/>
        <w:shd w:val="clear" w:color="auto" w:fill="EDF3EE"/>
        <w:pBdr>
          <w:top w:val="single" w:sz="2" w:space="3" w:color="EDF3EE"/>
          <w:left w:val="single" w:sz="2" w:space="6" w:color="EDF3EE"/>
          <w:bottom w:val="single" w:sz="2" w:space="3" w:color="EDF3EE"/>
          <w:right w:val="single" w:sz="2" w:space="6" w:color="EDF3EE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620"/>
          <w:sz w:val="20"/>
          <w:u w:val="none"/>
          <w:rFonts w:ascii="Georgia" w:hAnsi="Georgia" w:cs="Georg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620"/>
                <w:sz w:val="20"/>
                <w:u w:val="none"/>
                <w:rFonts w:ascii="Georgia" w:hAnsi="Georgia" w:cs="Georgi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E4433"/>
              </w:pBdr>
            </w:pPr>
            <w:r>
              <w:rPr>
                <w:b w:val="0"/>
                <w:i/>
                <w:color w:val="5B6A60"/>
                <w:sz w:val="18"/>
                <w:u w:val="none"/>
                <w:rFonts w:ascii="Georgia" w:hAnsi="Georgia" w:cs="Georg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