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190" w:type="dxa"/>
          <w:bottom w:w="15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shd w:val="clear" w:color="auto" w:fill="6E1B26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6"/>
                <w:u w:val="none"/>
                <w:rFonts w:ascii="Cambria" w:hAnsi="Cambria" w:cs="Cambria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E0C3C0"/>
                <w:sz w:val="17"/>
                <w:u w:val="none"/>
                <w:rFonts w:ascii="Cambria" w:hAnsi="Cambria" w:cs="Cambria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E0C3C0"/>
                <w:sz w:val="20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6" w:space="0" w:color="9AA3AE"/>
                <w:left w:val="single" w:sz="6" w:space="0" w:color="9AA3AE"/>
                <w:bottom w:val="single" w:sz="6" w:space="0" w:color="9AA3AE"/>
                <w:right w:val="single" w:sz="6" w:space="0" w:color="9AA3AE"/>
                <w:insideH w:val="single" w:sz="6" w:space="0" w:color="9AA3AE"/>
                <w:insideV w:val="single" w:sz="6" w:space="0" w:color="9AA3A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tbl>
      <w:tblPr>
        <w:tblW w:type="auto" w:w="0"/>
        <w:tblBorders>
          <w:top w:val="single" w:sz="4" w:space="0" w:color="E2D6D2"/>
          <w:left w:val="none" w:sz="0" w:space="0" w:color="auto"/>
          <w:bottom w:val="single" w:sz="4" w:space="0" w:color="E2D6D2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272"/>
        <w:gridCol w:w="4181"/>
      </w:tblGrid>
      <w:tr>
        <w:tc>
          <w:tcPr>
            <w:tcW w:type="dxa" w:w="6273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6E1B26"/>
                <w:sz w:val="16"/>
                <w:u w:val="none"/>
                <w:rFonts w:ascii="Cambria" w:hAnsi="Cambria" w:cs="Cambri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418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6E1B26"/>
                <w:sz w:val="16"/>
                <w:u w:val="none"/>
                <w:rFonts w:ascii="Cambria" w:hAnsi="Cambria" w:cs="Cambri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26201F"/>
                <w:sz w:val="20"/>
                <w:u w:val="none"/>
                <w:rFonts w:ascii="Cambria" w:hAnsi="Cambria" w:cs="Cambri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B5A57"/>
                <w:sz w:val="18"/>
                <w:u w:val="none"/>
                <w:rFonts w:ascii="Cambria" w:hAnsi="Cambria" w:cs="Cambria"/>
              </w:rPr>
              <w:t xml:space="preserve">Valid until</w:t>
            </w:r>
          </w:p>
        </w:tc>
      </w:tr>
    </w:tbl>
    <w:p>
      <w:pPr>
        <w:keepNext/>
        <w:spacing w:before="220" w:after="100"/>
        <w:ind w:left="0"/>
        <w:pBdr>
          <w:left w:val="single" w:sz="24" w:space="7" w:color="B08150"/>
          <w:bottom w:val="single" w:sz="4" w:space="3" w:color="E2D6D2"/>
        </w:pBdr>
      </w:pPr>
      <w:r>
        <w:rPr>
          <w:b/>
          <w:i w:val="0"/>
          <w:color w:val="6E1B26"/>
          <w:sz w:val="21"/>
          <w:u w:val="none"/>
          <w:rFonts w:ascii="Cambria" w:hAnsi="Cambria" w:cs="Cambria"/>
          <w:spacing w:val="30"/>
        </w:rPr>
        <w:t>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26201F"/>
          <w:sz w:val="20"/>
          <w:u w:val="none"/>
          <w:rFonts w:ascii="Cambria" w:hAnsi="Cambria" w:cs="Cambria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20" w:after="100"/>
        <w:ind w:left="0"/>
        <w:pBdr>
          <w:left w:val="single" w:sz="24" w:space="7" w:color="B08150"/>
          <w:bottom w:val="single" w:sz="4" w:space="3" w:color="E2D6D2"/>
        </w:pBdr>
      </w:pPr>
      <w:r>
        <w:rPr>
          <w:b/>
          <w:i w:val="0"/>
          <w:color w:val="6E1B26"/>
          <w:sz w:val="21"/>
          <w:u w:val="none"/>
          <w:rFonts w:ascii="Cambria" w:hAnsi="Cambria" w:cs="Cambria"/>
          <w:spacing w:val="30"/>
        </w:rPr>
        <w:t>PERSONAL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574"/>
      </w:tblGrid>
      <w:tr>
        <w:trPr>
          <w:trHeight w:val="300" w:hRule="atLeast"/>
        </w:trPr>
        <w:tc>
          <w:tcPr>
            <w:tcW w:type="dxa" w:w="2880"/>
            <w:shd w:val="clear" w:color="auto" w:fill="F7EF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8"/>
                <w:u w:val="none"/>
                <w:rFonts w:ascii="Cambria" w:hAnsi="Cambria" w:cs="Cambria"/>
              </w:rPr>
              <w:t>Full Name</w:t>
            </w:r>
          </w:p>
        </w:tc>
        <w:tc>
          <w:tcPr>
            <w:tcW w:type="dxa" w:w="7574"/>
            <w:shd w:val="clear" w:color="auto" w:fill="F7EFEA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ambria" w:hAnsi="Cambria" w:cs="Cambr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8"/>
                <w:u w:val="none"/>
                <w:rFonts w:ascii="Cambria" w:hAnsi="Cambria" w:cs="Cambria"/>
              </w:rPr>
              <w:t>Date of Birth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ambria" w:hAnsi="Cambria" w:cs="Cambr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F7EF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8"/>
                <w:u w:val="none"/>
                <w:rFonts w:ascii="Cambria" w:hAnsi="Cambria" w:cs="Cambria"/>
              </w:rPr>
              <w:t>Gender</w:t>
            </w:r>
          </w:p>
        </w:tc>
        <w:tc>
          <w:tcPr>
            <w:tcW w:type="dxa" w:w="7574"/>
            <w:shd w:val="clear" w:color="auto" w:fill="F7EFEA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ambria" w:hAnsi="Cambria" w:cs="Cambr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8"/>
                <w:u w:val="none"/>
                <w:rFonts w:ascii="Cambria" w:hAnsi="Cambria" w:cs="Cambria"/>
              </w:rPr>
              <w:t>Mobile No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ambria" w:hAnsi="Cambria" w:cs="Cambr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F7EF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8"/>
                <w:u w:val="none"/>
                <w:rFonts w:ascii="Cambria" w:hAnsi="Cambria" w:cs="Cambria"/>
              </w:rPr>
              <w:t>Nationality</w:t>
            </w:r>
          </w:p>
        </w:tc>
        <w:tc>
          <w:tcPr>
            <w:tcW w:type="dxa" w:w="7574"/>
            <w:shd w:val="clear" w:color="auto" w:fill="F7EFEA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ambria" w:hAnsi="Cambria" w:cs="Cambr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18"/>
                <w:u w:val="none"/>
                <w:rFonts w:ascii="Cambria" w:hAnsi="Cambria" w:cs="Cambria"/>
              </w:rPr>
              <w:t>Place of Birth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ambria" w:hAnsi="Cambria" w:cs="Cambria"/>
              </w:rPr>
              <w:t/>
            </w:r>
          </w:p>
        </w:tc>
      </w:tr>
    </w:tbl>
    <w:p>
      <w:pPr>
        <w:keepNext/>
        <w:spacing w:before="220" w:after="100"/>
        <w:ind w:left="0"/>
        <w:pBdr>
          <w:left w:val="single" w:sz="24" w:space="7" w:color="B08150"/>
          <w:bottom w:val="single" w:sz="4" w:space="3" w:color="E2D6D2"/>
        </w:pBdr>
      </w:pPr>
      <w:r>
        <w:rPr>
          <w:b/>
          <w:i w:val="0"/>
          <w:color w:val="6E1B26"/>
          <w:sz w:val="21"/>
          <w:u w:val="none"/>
          <w:rFonts w:ascii="Cambria" w:hAnsi="Cambria" w:cs="Cambria"/>
          <w:spacing w:val="30"/>
        </w:rPr>
        <w:t>PASSPORT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01"/>
        <w:gridCol w:w="2512"/>
        <w:gridCol w:w="2512"/>
        <w:gridCol w:w="2527"/>
      </w:tblGrid>
      <w:tr>
        <w:trPr>
          <w:trHeight w:val="340" w:hRule="atLeast"/>
        </w:trPr>
        <w:tc>
          <w:tcPr>
            <w:tcW w:type="dxa" w:w="2902"/>
            <w:shd w:val="clear" w:color="auto" w:fill="F6F1E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  <w:spacing w:val="8"/>
              </w:rPr>
              <w:t>Passport Number</w:t>
            </w:r>
          </w:p>
        </w:tc>
        <w:tc>
          <w:tcPr>
            <w:tcW w:type="dxa" w:w="2513"/>
            <w:shd w:val="clear" w:color="auto" w:fill="F6F1E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  <w:spacing w:val="8"/>
              </w:rPr>
              <w:t>Issue Date</w:t>
            </w:r>
          </w:p>
        </w:tc>
        <w:tc>
          <w:tcPr>
            <w:tcW w:type="dxa" w:w="2513"/>
            <w:shd w:val="clear" w:color="auto" w:fill="F6F1E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  <w:spacing w:val="8"/>
              </w:rPr>
              <w:t>Expiry Date</w:t>
            </w:r>
          </w:p>
        </w:tc>
        <w:tc>
          <w:tcPr>
            <w:tcW w:type="dxa" w:w="2527"/>
            <w:shd w:val="clear" w:color="auto" w:fill="F6F1E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0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6201F"/>
                <w:sz w:val="19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513"/>
            <w:shd w:val="clear" w:color="auto" w:fill="F7EFEA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51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527"/>
            <w:shd w:val="clear" w:color="auto" w:fill="F7EFEA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ambria" w:hAnsi="Cambria" w:cs="Cambria"/>
              </w:rPr>
              <w:t/>
            </w:r>
          </w:p>
        </w:tc>
      </w:tr>
    </w:tbl>
    <w:p>
      <w:pPr>
        <w:keepNext/>
        <w:spacing w:before="220" w:after="100"/>
        <w:ind w:left="0"/>
        <w:pBdr>
          <w:left w:val="single" w:sz="24" w:space="7" w:color="B08150"/>
          <w:bottom w:val="single" w:sz="4" w:space="3" w:color="E2D6D2"/>
        </w:pBdr>
      </w:pPr>
      <w:r>
        <w:rPr>
          <w:b/>
          <w:i w:val="0"/>
          <w:color w:val="6E1B26"/>
          <w:sz w:val="21"/>
          <w:u w:val="none"/>
          <w:rFonts w:ascii="Cambria" w:hAnsi="Cambria" w:cs="Cambria"/>
          <w:spacing w:val="30"/>
        </w:rPr>
        <w:t>WORK EXPERIENCE</w:t>
      </w:r>
    </w:p>
    <w:p>
      <w:pPr>
        <w:spacing w:before="140" w:after="0" w:line="276" w:lineRule="auto"/>
        <w:ind w:left="0"/>
      </w:pPr>
      <w:r>
        <w:rPr>
          <w:b/>
          <w:i w:val="0"/>
          <w:color w:val="B08150"/>
          <w:sz w:val="16"/>
          <w:u w:val="none"/>
          <w:rFonts w:ascii="Cambria" w:hAnsi="Cambria" w:cs="Cambria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E2D6D2"/>
        </w:pBdr>
      </w:pPr>
      <w:r>
        <w:rPr>
          <w:b w:val="0"/>
          <w:i w:val="0"/>
          <w:color w:val="26201F"/>
          <w:sz w:val="20"/>
          <w:u w:val="none"/>
          <w:rFonts w:ascii="Cambria" w:hAnsi="Cambria" w:cs="Cambria"/>
        </w:rPr>
        <w:t/>
      </w:r>
    </w:p>
    <w:p>
      <w:pPr>
        <w:spacing w:before="140" w:after="0" w:line="276" w:lineRule="auto"/>
        <w:ind w:left="0"/>
      </w:pPr>
      <w:r>
        <w:rPr>
          <w:b/>
          <w:i w:val="0"/>
          <w:color w:val="B08150"/>
          <w:sz w:val="16"/>
          <w:u w:val="none"/>
          <w:rFonts w:ascii="Cambria" w:hAnsi="Cambria" w:cs="Cambria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E2D6D2"/>
        </w:pBdr>
      </w:pPr>
      <w:r>
        <w:rPr>
          <w:b w:val="0"/>
          <w:i w:val="0"/>
          <w:color w:val="26201F"/>
          <w:sz w:val="20"/>
          <w:u w:val="none"/>
          <w:rFonts w:ascii="Cambria" w:hAnsi="Cambria" w:cs="Cambria"/>
        </w:rPr>
        <w:t/>
      </w:r>
    </w:p>
    <w:p>
      <w:pPr>
        <w:keepNext/>
        <w:spacing w:before="220" w:after="100"/>
        <w:ind w:left="0"/>
        <w:pBdr>
          <w:left w:val="single" w:sz="24" w:space="7" w:color="B08150"/>
          <w:bottom w:val="single" w:sz="4" w:space="3" w:color="E2D6D2"/>
        </w:pBdr>
      </w:pPr>
      <w:r>
        <w:rPr>
          <w:b/>
          <w:i w:val="0"/>
          <w:color w:val="6E1B26"/>
          <w:sz w:val="21"/>
          <w:u w:val="none"/>
          <w:rFonts w:ascii="Cambria" w:hAnsi="Cambria" w:cs="Cambria"/>
          <w:spacing w:val="30"/>
        </w:rPr>
        <w:t>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26201F"/>
          <w:sz w:val="20"/>
          <w:u w:val="none"/>
          <w:rFonts w:ascii="Cambria" w:hAnsi="Cambria" w:cs="Cambri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36"/>
        <w:gridCol w:w="5018"/>
      </w:tblGrid>
      <w:tr>
        <w:tc>
          <w:tcPr>
            <w:tcW w:type="dxa" w:w="543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6201F"/>
                <w:sz w:val="20"/>
                <w:u w:val="none"/>
                <w:rFonts w:ascii="Cambria" w:hAnsi="Cambria" w:cs="Cambria"/>
              </w:rPr>
              <w:t>Date: ____________________</w:t>
            </w:r>
          </w:p>
        </w:tc>
        <w:tc>
          <w:tcPr>
            <w:tcW w:type="dxa" w:w="5018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6E1B26"/>
                <w:sz w:val="20"/>
                <w:u w:val="none"/>
                <w:rFonts w:ascii="Cambria" w:hAnsi="Cambria" w:cs="Cambr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E2D6D2"/>
              </w:pBdr>
            </w:pPr>
            <w:r>
              <w:rPr>
                <w:b w:val="0"/>
                <w:i/>
                <w:color w:val="6B5A57"/>
                <w:sz w:val="18"/>
                <w:u w:val="none"/>
                <w:rFonts w:ascii="Cambria" w:hAnsi="Cambria" w:cs="Cambr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